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/>
        <w:jc w:val="center"/>
      </w:pPr>
      <w:r>
        <w:rPr>
          <w:rFonts w:ascii="Arial" w:hAnsi="Arial"/>
          <w:b/>
          <w:sz w:val="30"/>
        </w:rPr>
        <w:t>FORMULÁŘ PRO UPLATNĚNÍ REKLAMACE</w:t>
      </w:r>
    </w:p>
    <w:p>
      <w:pPr>
        <w:pStyle w:val="SmallNote"/>
        <w:jc w:val="center"/>
      </w:pPr>
      <w:r>
        <w:t>Použití formuláře není podmínkou uplatnění reklamace.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701"/>
        <w:gridCol w:w="7767"/>
      </w:tblGrid>
      <w:tr>
        <w:tc>
          <w:tcPr>
            <w:tcW w:type="dxa" w:w="5156"/>
            <w:tcMar>
              <w:top w:w="40" w:type="dxa"/>
              <w:start w:w="110" w:type="dxa"/>
              <w:bottom w:w="40" w:type="dxa"/>
              <w:end w:w="110" w:type="dxa"/>
            </w:tcMar>
            <w:vAlign w:val="top"/>
          </w:tcPr>
          <w:p>
            <w:r>
              <w:rPr>
                <w:b/>
              </w:rPr>
              <w:t>Adresát:</w:t>
            </w:r>
          </w:p>
        </w:tc>
        <w:tc>
          <w:tcPr>
            <w:tcW w:type="dxa" w:w="5156"/>
            <w:tcMar>
              <w:top w:w="40" w:type="dxa"/>
              <w:start w:w="110" w:type="dxa"/>
              <w:bottom w:w="40" w:type="dxa"/>
              <w:end w:w="110" w:type="dxa"/>
            </w:tcMar>
            <w:vAlign w:val="top"/>
          </w:tcPr>
          <w:p>
            <w:r>
              <w:t>Mgr. Hana Szabad</w:t>
              <w:br/>
              <w:t>Tisová 29, 262 41 Bohutín</w:t>
              <w:br/>
              <w:t>IČO: 03808149</w:t>
              <w:br/>
              <w:t>e-mail: info@tajemna-hekate.cz</w:t>
              <w:br/>
              <w:t>www.tajemna-hekate.cz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</w:tblPr>
      <w:tblGrid>
        <w:gridCol w:w="2835"/>
        <w:gridCol w:w="6633"/>
      </w:tblGrid>
      <w:tr>
        <w:tc>
          <w:tcPr>
            <w:tcW w:type="dxa" w:w="2835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3F3"/>
          </w:tcPr>
          <w:p>
            <w:r>
              <w:t>Datum uplatnění reklamace:</w:t>
            </w:r>
          </w:p>
        </w:tc>
        <w:tc>
          <w:tcPr>
            <w:tcW w:type="dxa" w:w="663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/>
          </w:p>
        </w:tc>
      </w:tr>
      <w:tr>
        <w:tc>
          <w:tcPr>
            <w:tcW w:type="dxa" w:w="2835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3F3"/>
          </w:tcPr>
          <w:p>
            <w:r>
              <w:t>Jméno a příjmení:</w:t>
            </w:r>
          </w:p>
        </w:tc>
        <w:tc>
          <w:tcPr>
            <w:tcW w:type="dxa" w:w="663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/>
          </w:p>
        </w:tc>
      </w:tr>
      <w:tr>
        <w:tc>
          <w:tcPr>
            <w:tcW w:type="dxa" w:w="2835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3F3"/>
          </w:tcPr>
          <w:p>
            <w:r>
              <w:t>Adresa:</w:t>
            </w:r>
          </w:p>
        </w:tc>
        <w:tc>
          <w:tcPr>
            <w:tcW w:type="dxa" w:w="663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/>
            <w:r>
              <w:br/>
            </w:r>
          </w:p>
        </w:tc>
      </w:tr>
      <w:tr>
        <w:tc>
          <w:tcPr>
            <w:tcW w:type="dxa" w:w="2835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3F3"/>
          </w:tcPr>
          <w:p>
            <w:r>
              <w:t>E-mail:</w:t>
            </w:r>
          </w:p>
        </w:tc>
        <w:tc>
          <w:tcPr>
            <w:tcW w:type="dxa" w:w="663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/>
          </w:p>
        </w:tc>
      </w:tr>
      <w:tr>
        <w:tc>
          <w:tcPr>
            <w:tcW w:type="dxa" w:w="2835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3F3"/>
          </w:tcPr>
          <w:p>
            <w:r>
              <w:t>Telefon (nepovinné):</w:t>
            </w:r>
          </w:p>
        </w:tc>
        <w:tc>
          <w:tcPr>
            <w:tcW w:type="dxa" w:w="663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/>
          </w:p>
        </w:tc>
      </w:tr>
      <w:tr>
        <w:tc>
          <w:tcPr>
            <w:tcW w:type="dxa" w:w="2835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3F3"/>
          </w:tcPr>
          <w:p>
            <w:r>
              <w:t>Číslo objednávky / dokladu:</w:t>
            </w:r>
          </w:p>
        </w:tc>
        <w:tc>
          <w:tcPr>
            <w:tcW w:type="dxa" w:w="663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/>
          </w:p>
        </w:tc>
      </w:tr>
      <w:tr>
        <w:tc>
          <w:tcPr>
            <w:tcW w:type="dxa" w:w="2835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3F3"/>
          </w:tcPr>
          <w:p>
            <w:r>
              <w:t>Datum nákupu / uzavření smlouvy:</w:t>
            </w:r>
          </w:p>
        </w:tc>
        <w:tc>
          <w:tcPr>
            <w:tcW w:type="dxa" w:w="663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/>
          </w:p>
        </w:tc>
      </w:tr>
      <w:tr>
        <w:tc>
          <w:tcPr>
            <w:tcW w:type="dxa" w:w="2835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3F3"/>
          </w:tcPr>
          <w:p>
            <w:r>
              <w:t>Reklamované zboží / služba:</w:t>
            </w:r>
          </w:p>
        </w:tc>
        <w:tc>
          <w:tcPr>
            <w:tcW w:type="dxa" w:w="663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/>
            <w:r>
              <w:br/>
            </w:r>
          </w:p>
        </w:tc>
      </w:tr>
      <w:tr>
        <w:tc>
          <w:tcPr>
            <w:tcW w:type="dxa" w:w="2835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3F3"/>
          </w:tcPr>
          <w:p>
            <w:r>
              <w:t>Popis vady:</w:t>
            </w:r>
          </w:p>
        </w:tc>
        <w:tc>
          <w:tcPr>
            <w:tcW w:type="dxa" w:w="663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/>
            <w:r>
              <w:br/>
            </w:r>
            <w:r>
              <w:br/>
            </w:r>
          </w:p>
        </w:tc>
      </w:tr>
      <w:tr>
        <w:tc>
          <w:tcPr>
            <w:tcW w:type="dxa" w:w="2835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3F3"/>
          </w:tcPr>
          <w:p>
            <w:r>
              <w:t>Požadovaný způsob vyřízení reklamace:</w:t>
            </w:r>
          </w:p>
        </w:tc>
        <w:tc>
          <w:tcPr>
            <w:tcW w:type="dxa" w:w="663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/>
            <w:r>
              <w:br/>
            </w:r>
          </w:p>
        </w:tc>
      </w:tr>
    </w:tbl>
    <w:p>
      <w:pPr>
        <w:spacing w:before="160" w:after="40"/>
      </w:pPr>
      <w:r>
        <w:rPr>
          <w:b/>
        </w:rPr>
        <w:t xml:space="preserve">Podpis spotřebitele: </w:t>
      </w:r>
      <w:r>
        <w:t>____________________________</w:t>
      </w:r>
      <w:r>
        <w:rPr>
          <w:i/>
        </w:rPr>
        <w:t xml:space="preserve">  (pouze při listinném podání)</w:t>
      </w:r>
    </w:p>
    <w:p>
      <w:pPr>
        <w:pStyle w:val="SmallNote"/>
      </w:pPr>
      <w:r>
        <w:t>Prodávající při uplatnění reklamace vydá spotřebiteli písemné potvrzení o jejím přijetí s údaji stanovenými právními předpisy a po vyřízení reklamace také potvrzení o způsobu jejího vyřízení.</w:t>
      </w:r>
    </w:p>
    <w:sectPr w:rsidR="00FC693F" w:rsidRPr="0006063C" w:rsidSect="00034616">
      <w:pgSz w:w="12240" w:h="15840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pPr>
      <w:spacing w:after="80"/>
    </w:pPr>
    <w:rPr>
      <w:rFonts w:ascii="Arial" w:hAnsi="Arial"/>
      <w:i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